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9A4D3" w14:textId="2637C9B3" w:rsidR="00D57734" w:rsidRPr="009F6BF7" w:rsidRDefault="00D57734" w:rsidP="00D57734">
      <w:pPr>
        <w:jc w:val="center"/>
        <w:rPr>
          <w:rFonts w:cs="Arial"/>
          <w:b/>
          <w:sz w:val="24"/>
          <w:szCs w:val="24"/>
          <w:lang w:val="es-CO"/>
        </w:rPr>
      </w:pPr>
      <w:bookmarkStart w:id="0" w:name="_Hlk232067012"/>
      <w:r w:rsidRPr="009F6BF7">
        <w:rPr>
          <w:rFonts w:cs="Arial"/>
          <w:b/>
          <w:sz w:val="24"/>
          <w:szCs w:val="24"/>
          <w:lang w:val="es-CO"/>
        </w:rPr>
        <w:t>TITULO</w:t>
      </w:r>
    </w:p>
    <w:p w14:paraId="01F5E22C" w14:textId="116AB3F7" w:rsidR="00AB04D5" w:rsidRPr="009F6BF7" w:rsidRDefault="002507FD" w:rsidP="009F6BF7">
      <w:pPr>
        <w:rPr>
          <w:rFonts w:cs="Arial"/>
          <w:b/>
          <w:bCs/>
          <w:sz w:val="24"/>
          <w:szCs w:val="24"/>
          <w:lang w:val="es-CO"/>
        </w:rPr>
      </w:pPr>
      <w:r w:rsidRPr="009F6BF7">
        <w:rPr>
          <w:rFonts w:cs="Arial"/>
          <w:b/>
          <w:bCs/>
          <w:sz w:val="24"/>
          <w:szCs w:val="24"/>
          <w:lang w:val="es-CO"/>
        </w:rPr>
        <w:t>Modalidad de participación</w:t>
      </w:r>
    </w:p>
    <w:p w14:paraId="50F2568C" w14:textId="225D0D1E" w:rsidR="00AB04D5" w:rsidRPr="009F6BF7" w:rsidRDefault="002507FD">
      <w:pPr>
        <w:spacing w:after="120"/>
        <w:rPr>
          <w:rFonts w:cs="Arial"/>
          <w:sz w:val="24"/>
          <w:szCs w:val="24"/>
          <w:lang w:val="es-CO"/>
        </w:rPr>
      </w:pPr>
      <w:r w:rsidRPr="009F6BF7">
        <w:rPr>
          <w:rFonts w:cs="Arial"/>
          <w:sz w:val="24"/>
          <w:szCs w:val="24"/>
          <w:lang w:val="es-CO"/>
        </w:rPr>
        <w:t>Marque con X una sola opción</w:t>
      </w:r>
      <w:r w:rsidR="00C210F7" w:rsidRPr="009F6BF7">
        <w:rPr>
          <w:rFonts w:cs="Arial"/>
          <w:sz w:val="24"/>
          <w:szCs w:val="24"/>
          <w:lang w:val="es-CO"/>
        </w:rPr>
        <w:t xml:space="preserve">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90"/>
        <w:gridCol w:w="4890"/>
      </w:tblGrid>
      <w:tr w:rsidR="00D57734" w:rsidRPr="009F6BF7" w14:paraId="658F86ED" w14:textId="77777777">
        <w:tc>
          <w:tcPr>
            <w:tcW w:w="48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7BEF2B46" w14:textId="4586D49C" w:rsidR="00AB04D5" w:rsidRPr="009F6BF7" w:rsidRDefault="002507FD">
            <w:pPr>
              <w:spacing w:after="0"/>
              <w:rPr>
                <w:rFonts w:cs="Arial"/>
                <w:sz w:val="24"/>
                <w:szCs w:val="24"/>
                <w:lang w:val="es-CO"/>
              </w:rPr>
            </w:pPr>
            <w:proofErr w:type="gramStart"/>
            <w:r w:rsidRPr="009F6BF7">
              <w:rPr>
                <w:rFonts w:cs="Arial"/>
                <w:sz w:val="24"/>
                <w:szCs w:val="24"/>
                <w:lang w:val="es-CO"/>
              </w:rPr>
              <w:t>[</w:t>
            </w:r>
            <w:r w:rsidR="00D57734" w:rsidRPr="009F6BF7">
              <w:rPr>
                <w:rFonts w:cs="Arial"/>
                <w:sz w:val="24"/>
                <w:szCs w:val="24"/>
                <w:lang w:val="es-CO"/>
              </w:rPr>
              <w:t xml:space="preserve"> </w:t>
            </w:r>
            <w:r w:rsidRPr="009F6BF7">
              <w:rPr>
                <w:rFonts w:cs="Arial"/>
                <w:sz w:val="24"/>
                <w:szCs w:val="24"/>
                <w:lang w:val="es-CO"/>
              </w:rPr>
              <w:t xml:space="preserve"> ]</w:t>
            </w:r>
            <w:proofErr w:type="gramEnd"/>
            <w:r w:rsidRPr="009F6BF7">
              <w:rPr>
                <w:rFonts w:cs="Arial"/>
                <w:sz w:val="24"/>
                <w:szCs w:val="24"/>
                <w:lang w:val="es-CO"/>
              </w:rPr>
              <w:t xml:space="preserve"> Ponencia de investigación terminada</w:t>
            </w:r>
          </w:p>
        </w:tc>
        <w:tc>
          <w:tcPr>
            <w:tcW w:w="48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215C1B49" w14:textId="77777777" w:rsidR="00AB04D5" w:rsidRPr="009F6BF7" w:rsidRDefault="002507FD">
            <w:pPr>
              <w:spacing w:after="0"/>
              <w:rPr>
                <w:rFonts w:cs="Arial"/>
                <w:sz w:val="24"/>
                <w:szCs w:val="24"/>
                <w:lang w:val="es-CO"/>
              </w:rPr>
            </w:pPr>
            <w:proofErr w:type="gramStart"/>
            <w:r w:rsidRPr="009F6BF7">
              <w:rPr>
                <w:rFonts w:cs="Arial"/>
                <w:sz w:val="24"/>
                <w:szCs w:val="24"/>
                <w:lang w:val="es-CO"/>
              </w:rPr>
              <w:t>[  ]</w:t>
            </w:r>
            <w:proofErr w:type="gramEnd"/>
            <w:r w:rsidRPr="009F6BF7">
              <w:rPr>
                <w:rFonts w:cs="Arial"/>
                <w:sz w:val="24"/>
                <w:szCs w:val="24"/>
                <w:lang w:val="es-CO"/>
              </w:rPr>
              <w:t xml:space="preserve"> Ponencia de investigación en curso</w:t>
            </w:r>
          </w:p>
        </w:tc>
      </w:tr>
      <w:tr w:rsidR="00D57734" w:rsidRPr="009F6BF7" w14:paraId="0D4A0885" w14:textId="77777777">
        <w:tc>
          <w:tcPr>
            <w:tcW w:w="48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E380FE8" w14:textId="77777777" w:rsidR="00AB04D5" w:rsidRPr="009F6BF7" w:rsidRDefault="002507FD">
            <w:pPr>
              <w:spacing w:after="0"/>
              <w:rPr>
                <w:rFonts w:cs="Arial"/>
                <w:sz w:val="24"/>
                <w:szCs w:val="24"/>
                <w:lang w:val="es-CO"/>
              </w:rPr>
            </w:pPr>
            <w:proofErr w:type="gramStart"/>
            <w:r w:rsidRPr="009F6BF7">
              <w:rPr>
                <w:rFonts w:cs="Arial"/>
                <w:sz w:val="24"/>
                <w:szCs w:val="24"/>
                <w:lang w:val="es-CO"/>
              </w:rPr>
              <w:t>[  ]</w:t>
            </w:r>
            <w:proofErr w:type="gramEnd"/>
            <w:r w:rsidRPr="009F6BF7">
              <w:rPr>
                <w:rFonts w:cs="Arial"/>
                <w:sz w:val="24"/>
                <w:szCs w:val="24"/>
                <w:lang w:val="es-CO"/>
              </w:rPr>
              <w:t xml:space="preserve"> Experiencia significativa de innovación social</w:t>
            </w:r>
          </w:p>
        </w:tc>
        <w:tc>
          <w:tcPr>
            <w:tcW w:w="48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7C72101" w14:textId="77777777" w:rsidR="00AB04D5" w:rsidRPr="009F6BF7" w:rsidRDefault="002507FD">
            <w:pPr>
              <w:spacing w:after="0"/>
              <w:rPr>
                <w:rFonts w:cs="Arial"/>
                <w:sz w:val="24"/>
                <w:szCs w:val="24"/>
                <w:lang w:val="es-CO"/>
              </w:rPr>
            </w:pPr>
            <w:proofErr w:type="gramStart"/>
            <w:r w:rsidRPr="009F6BF7">
              <w:rPr>
                <w:rFonts w:cs="Arial"/>
                <w:sz w:val="24"/>
                <w:szCs w:val="24"/>
                <w:lang w:val="es-CO"/>
              </w:rPr>
              <w:t>[  ]</w:t>
            </w:r>
            <w:proofErr w:type="gramEnd"/>
            <w:r w:rsidRPr="009F6BF7">
              <w:rPr>
                <w:rFonts w:cs="Arial"/>
                <w:sz w:val="24"/>
                <w:szCs w:val="24"/>
                <w:lang w:val="es-CO"/>
              </w:rPr>
              <w:t xml:space="preserve"> Estudio de caso</w:t>
            </w:r>
          </w:p>
        </w:tc>
      </w:tr>
      <w:tr w:rsidR="00D57734" w:rsidRPr="009F6BF7" w14:paraId="7A4F1C3B" w14:textId="77777777">
        <w:tc>
          <w:tcPr>
            <w:tcW w:w="48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C359208" w14:textId="77777777" w:rsidR="00AB04D5" w:rsidRPr="009F6BF7" w:rsidRDefault="002507FD">
            <w:pPr>
              <w:spacing w:after="0"/>
              <w:rPr>
                <w:rFonts w:cs="Arial"/>
                <w:sz w:val="24"/>
                <w:szCs w:val="24"/>
                <w:lang w:val="es-CO"/>
              </w:rPr>
            </w:pPr>
            <w:proofErr w:type="gramStart"/>
            <w:r w:rsidRPr="009F6BF7">
              <w:rPr>
                <w:rFonts w:cs="Arial"/>
                <w:sz w:val="24"/>
                <w:szCs w:val="24"/>
                <w:lang w:val="es-CO"/>
              </w:rPr>
              <w:t>[  ]</w:t>
            </w:r>
            <w:proofErr w:type="gramEnd"/>
            <w:r w:rsidRPr="009F6BF7">
              <w:rPr>
                <w:rFonts w:cs="Arial"/>
                <w:sz w:val="24"/>
                <w:szCs w:val="24"/>
                <w:lang w:val="es-CO"/>
              </w:rPr>
              <w:t xml:space="preserve"> Póster científico</w:t>
            </w:r>
          </w:p>
        </w:tc>
        <w:tc>
          <w:tcPr>
            <w:tcW w:w="48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E303431" w14:textId="77777777" w:rsidR="00AB04D5" w:rsidRPr="009F6BF7" w:rsidRDefault="002507FD">
            <w:pPr>
              <w:spacing w:after="0"/>
              <w:rPr>
                <w:rFonts w:cs="Arial"/>
                <w:sz w:val="24"/>
                <w:szCs w:val="24"/>
                <w:lang w:val="es-CO"/>
              </w:rPr>
            </w:pPr>
            <w:proofErr w:type="gramStart"/>
            <w:r w:rsidRPr="009F6BF7">
              <w:rPr>
                <w:rFonts w:cs="Arial"/>
                <w:sz w:val="24"/>
                <w:szCs w:val="24"/>
                <w:lang w:val="es-CO"/>
              </w:rPr>
              <w:t>[  ]</w:t>
            </w:r>
            <w:proofErr w:type="gramEnd"/>
            <w:r w:rsidRPr="009F6BF7">
              <w:rPr>
                <w:rFonts w:cs="Arial"/>
                <w:sz w:val="24"/>
                <w:szCs w:val="24"/>
                <w:lang w:val="es-CO"/>
              </w:rPr>
              <w:t xml:space="preserve"> Presentación de semilleros y grupos de investigación</w:t>
            </w:r>
          </w:p>
        </w:tc>
      </w:tr>
      <w:tr w:rsidR="00D57734" w:rsidRPr="009F6BF7" w14:paraId="2B0E1964" w14:textId="77777777">
        <w:tc>
          <w:tcPr>
            <w:tcW w:w="48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7FAFADF" w14:textId="77777777" w:rsidR="00AB04D5" w:rsidRPr="009F6BF7" w:rsidRDefault="002507FD">
            <w:pPr>
              <w:spacing w:after="0"/>
              <w:rPr>
                <w:rFonts w:cs="Arial"/>
                <w:sz w:val="24"/>
                <w:szCs w:val="24"/>
                <w:lang w:val="es-CO"/>
              </w:rPr>
            </w:pPr>
            <w:proofErr w:type="gramStart"/>
            <w:r w:rsidRPr="009F6BF7">
              <w:rPr>
                <w:rFonts w:cs="Arial"/>
                <w:sz w:val="24"/>
                <w:szCs w:val="24"/>
                <w:lang w:val="es-CO"/>
              </w:rPr>
              <w:t>[  ]</w:t>
            </w:r>
            <w:proofErr w:type="gramEnd"/>
            <w:r w:rsidRPr="009F6BF7">
              <w:rPr>
                <w:rFonts w:cs="Arial"/>
                <w:sz w:val="24"/>
                <w:szCs w:val="24"/>
                <w:lang w:val="es-CO"/>
              </w:rPr>
              <w:t xml:space="preserve"> Proyecto de desarrollo tecnológico y transferencia de conocimiento</w:t>
            </w:r>
          </w:p>
        </w:tc>
        <w:tc>
          <w:tcPr>
            <w:tcW w:w="48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277052C" w14:textId="77777777" w:rsidR="00AB04D5" w:rsidRPr="009F6BF7" w:rsidRDefault="00AB04D5">
            <w:pPr>
              <w:spacing w:after="0"/>
              <w:rPr>
                <w:rFonts w:cs="Arial"/>
                <w:sz w:val="24"/>
                <w:szCs w:val="24"/>
                <w:lang w:val="es-CO"/>
              </w:rPr>
            </w:pPr>
          </w:p>
        </w:tc>
      </w:tr>
    </w:tbl>
    <w:p w14:paraId="56F0D1D8" w14:textId="77777777" w:rsidR="00AB04D5" w:rsidRPr="009F6BF7" w:rsidRDefault="00AB04D5">
      <w:pPr>
        <w:rPr>
          <w:rFonts w:cs="Arial"/>
          <w:sz w:val="24"/>
          <w:szCs w:val="24"/>
          <w:lang w:val="es-CO"/>
        </w:rPr>
      </w:pPr>
    </w:p>
    <w:p w14:paraId="6FAF2501" w14:textId="12390744" w:rsidR="00AB04D5" w:rsidRPr="009F6BF7" w:rsidRDefault="002507FD" w:rsidP="009F6BF7">
      <w:pPr>
        <w:rPr>
          <w:rFonts w:cs="Arial"/>
          <w:b/>
          <w:bCs/>
          <w:sz w:val="24"/>
          <w:szCs w:val="24"/>
          <w:lang w:val="es-CO"/>
        </w:rPr>
      </w:pPr>
      <w:r w:rsidRPr="009F6BF7">
        <w:rPr>
          <w:rFonts w:cs="Arial"/>
          <w:b/>
          <w:bCs/>
          <w:sz w:val="24"/>
          <w:szCs w:val="24"/>
          <w:lang w:val="es-CO"/>
        </w:rPr>
        <w:t>Autores y filiación institucional</w:t>
      </w:r>
    </w:p>
    <w:p w14:paraId="2D2B99E4" w14:textId="3FE8E4BB" w:rsidR="00AB04D5" w:rsidRPr="009F6BF7" w:rsidRDefault="002507FD">
      <w:pPr>
        <w:spacing w:after="120"/>
        <w:rPr>
          <w:rFonts w:cs="Arial"/>
          <w:sz w:val="24"/>
          <w:szCs w:val="24"/>
          <w:lang w:val="es-CO"/>
        </w:rPr>
      </w:pPr>
      <w:r w:rsidRPr="009F6BF7">
        <w:rPr>
          <w:rFonts w:cs="Arial"/>
          <w:sz w:val="24"/>
          <w:szCs w:val="24"/>
          <w:lang w:val="es-CO"/>
        </w:rPr>
        <w:t>Incluya los nombres completos de los</w:t>
      </w:r>
      <w:r w:rsidR="006C6A4E" w:rsidRPr="009F6BF7">
        <w:rPr>
          <w:rFonts w:cs="Arial"/>
          <w:sz w:val="24"/>
          <w:szCs w:val="24"/>
          <w:lang w:val="es-CO"/>
        </w:rPr>
        <w:t xml:space="preserve"> autores</w:t>
      </w:r>
      <w:r w:rsidRPr="009F6BF7">
        <w:rPr>
          <w:rFonts w:cs="Arial"/>
          <w:sz w:val="24"/>
          <w:szCs w:val="24"/>
          <w:lang w:val="es-CO"/>
        </w:rPr>
        <w:t>. Registre filiación, correo institucional y código ORCID, si aplica.</w:t>
      </w:r>
    </w:p>
    <w:tbl>
      <w:tblPr>
        <w:tblStyle w:val="Tablanormal3"/>
        <w:tblW w:w="0" w:type="auto"/>
        <w:tblLook w:val="04A0" w:firstRow="1" w:lastRow="0" w:firstColumn="1" w:lastColumn="0" w:noHBand="0" w:noVBand="1"/>
      </w:tblPr>
      <w:tblGrid>
        <w:gridCol w:w="675"/>
        <w:gridCol w:w="2692"/>
        <w:gridCol w:w="2504"/>
        <w:gridCol w:w="1963"/>
        <w:gridCol w:w="1956"/>
      </w:tblGrid>
      <w:tr w:rsidR="00D57734" w:rsidRPr="009F6BF7" w14:paraId="49781069" w14:textId="77777777" w:rsidTr="009F6B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75" w:type="dxa"/>
          </w:tcPr>
          <w:p w14:paraId="7CBB837C" w14:textId="77777777" w:rsidR="00AB04D5" w:rsidRPr="009F6BF7" w:rsidRDefault="002507FD">
            <w:pPr>
              <w:spacing w:after="0"/>
              <w:rPr>
                <w:rFonts w:cs="Arial"/>
                <w:sz w:val="24"/>
                <w:szCs w:val="24"/>
                <w:lang w:val="es-CO"/>
              </w:rPr>
            </w:pPr>
            <w:r w:rsidRPr="009F6BF7">
              <w:rPr>
                <w:rFonts w:cs="Arial"/>
                <w:sz w:val="24"/>
                <w:szCs w:val="24"/>
                <w:lang w:val="es-CO"/>
              </w:rPr>
              <w:t>No.</w:t>
            </w:r>
          </w:p>
        </w:tc>
        <w:tc>
          <w:tcPr>
            <w:tcW w:w="2694" w:type="dxa"/>
          </w:tcPr>
          <w:p w14:paraId="40B02D13" w14:textId="77777777" w:rsidR="00AB04D5" w:rsidRPr="009F6BF7" w:rsidRDefault="002507FD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s-CO"/>
              </w:rPr>
            </w:pPr>
            <w:r w:rsidRPr="009F6BF7">
              <w:rPr>
                <w:rFonts w:cs="Arial"/>
                <w:sz w:val="24"/>
                <w:szCs w:val="24"/>
                <w:lang w:val="es-CO"/>
              </w:rPr>
              <w:t>Nombre completo</w:t>
            </w:r>
          </w:p>
        </w:tc>
        <w:tc>
          <w:tcPr>
            <w:tcW w:w="2505" w:type="dxa"/>
          </w:tcPr>
          <w:p w14:paraId="41BE03A6" w14:textId="77777777" w:rsidR="00AB04D5" w:rsidRPr="009F6BF7" w:rsidRDefault="002507FD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s-CO"/>
              </w:rPr>
            </w:pPr>
            <w:r w:rsidRPr="009F6BF7">
              <w:rPr>
                <w:rFonts w:cs="Arial"/>
                <w:sz w:val="24"/>
                <w:szCs w:val="24"/>
                <w:lang w:val="es-CO"/>
              </w:rPr>
              <w:t>Filiación institucional</w:t>
            </w:r>
          </w:p>
        </w:tc>
        <w:tc>
          <w:tcPr>
            <w:tcW w:w="1958" w:type="dxa"/>
          </w:tcPr>
          <w:p w14:paraId="319ED7AA" w14:textId="77777777" w:rsidR="00AB04D5" w:rsidRPr="009F6BF7" w:rsidRDefault="002507FD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s-CO"/>
              </w:rPr>
            </w:pPr>
            <w:r w:rsidRPr="009F6BF7">
              <w:rPr>
                <w:rFonts w:cs="Arial"/>
                <w:sz w:val="24"/>
                <w:szCs w:val="24"/>
                <w:lang w:val="es-CO"/>
              </w:rPr>
              <w:t>Correo electrónico</w:t>
            </w:r>
          </w:p>
        </w:tc>
        <w:tc>
          <w:tcPr>
            <w:tcW w:w="1958" w:type="dxa"/>
          </w:tcPr>
          <w:p w14:paraId="35C45EDD" w14:textId="2643833B" w:rsidR="00AB04D5" w:rsidRPr="009F6BF7" w:rsidRDefault="002507FD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s-CO"/>
              </w:rPr>
            </w:pPr>
            <w:r w:rsidRPr="009F6BF7">
              <w:rPr>
                <w:rFonts w:cs="Arial"/>
                <w:sz w:val="24"/>
                <w:szCs w:val="24"/>
                <w:lang w:val="es-CO"/>
              </w:rPr>
              <w:t xml:space="preserve">ORCID </w:t>
            </w:r>
          </w:p>
        </w:tc>
      </w:tr>
      <w:tr w:rsidR="00D57734" w:rsidRPr="009F6BF7" w14:paraId="0A190700" w14:textId="77777777" w:rsidTr="009F6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1E1A7AF7" w14:textId="77777777" w:rsidR="00AB04D5" w:rsidRPr="009F6BF7" w:rsidRDefault="002507FD">
            <w:pPr>
              <w:spacing w:after="0"/>
              <w:rPr>
                <w:rFonts w:cs="Arial"/>
                <w:sz w:val="24"/>
                <w:szCs w:val="24"/>
                <w:lang w:val="es-CO"/>
              </w:rPr>
            </w:pPr>
            <w:r w:rsidRPr="009F6BF7">
              <w:rPr>
                <w:rFonts w:cs="Arial"/>
                <w:sz w:val="24"/>
                <w:szCs w:val="24"/>
                <w:lang w:val="es-CO"/>
              </w:rPr>
              <w:t>1</w:t>
            </w:r>
          </w:p>
        </w:tc>
        <w:tc>
          <w:tcPr>
            <w:tcW w:w="2694" w:type="dxa"/>
          </w:tcPr>
          <w:p w14:paraId="78EC2201" w14:textId="15E9F03F" w:rsidR="00AB04D5" w:rsidRPr="009F6BF7" w:rsidRDefault="00AB04D5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s-CO"/>
              </w:rPr>
            </w:pPr>
          </w:p>
        </w:tc>
        <w:tc>
          <w:tcPr>
            <w:tcW w:w="2505" w:type="dxa"/>
          </w:tcPr>
          <w:p w14:paraId="15E17D1F" w14:textId="261E48A6" w:rsidR="00AB04D5" w:rsidRPr="009F6BF7" w:rsidRDefault="00AB04D5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s-CO"/>
              </w:rPr>
            </w:pPr>
          </w:p>
        </w:tc>
        <w:tc>
          <w:tcPr>
            <w:tcW w:w="1958" w:type="dxa"/>
          </w:tcPr>
          <w:p w14:paraId="0689D260" w14:textId="0E44F79C" w:rsidR="00AB04D5" w:rsidRPr="009F6BF7" w:rsidRDefault="00AB04D5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s-CO"/>
              </w:rPr>
            </w:pPr>
          </w:p>
        </w:tc>
        <w:tc>
          <w:tcPr>
            <w:tcW w:w="1958" w:type="dxa"/>
          </w:tcPr>
          <w:p w14:paraId="7058649E" w14:textId="490601F7" w:rsidR="00AB04D5" w:rsidRPr="009F6BF7" w:rsidRDefault="00AB04D5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s-CO"/>
              </w:rPr>
            </w:pPr>
          </w:p>
        </w:tc>
      </w:tr>
      <w:tr w:rsidR="00D57734" w:rsidRPr="009F6BF7" w14:paraId="61B1887A" w14:textId="77777777" w:rsidTr="009F6B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7D2E3961" w14:textId="77777777" w:rsidR="00AB04D5" w:rsidRPr="009F6BF7" w:rsidRDefault="002507FD">
            <w:pPr>
              <w:spacing w:after="0"/>
              <w:rPr>
                <w:rFonts w:cs="Arial"/>
                <w:sz w:val="24"/>
                <w:szCs w:val="24"/>
                <w:lang w:val="es-CO"/>
              </w:rPr>
            </w:pPr>
            <w:r w:rsidRPr="009F6BF7">
              <w:rPr>
                <w:rFonts w:cs="Arial"/>
                <w:sz w:val="24"/>
                <w:szCs w:val="24"/>
                <w:lang w:val="es-CO"/>
              </w:rPr>
              <w:t>2</w:t>
            </w:r>
          </w:p>
        </w:tc>
        <w:tc>
          <w:tcPr>
            <w:tcW w:w="2694" w:type="dxa"/>
          </w:tcPr>
          <w:p w14:paraId="715C28C9" w14:textId="3A0A1B0A" w:rsidR="00AB04D5" w:rsidRPr="009F6BF7" w:rsidRDefault="00AB04D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s-CO"/>
              </w:rPr>
            </w:pPr>
          </w:p>
        </w:tc>
        <w:tc>
          <w:tcPr>
            <w:tcW w:w="2505" w:type="dxa"/>
          </w:tcPr>
          <w:p w14:paraId="77958C3F" w14:textId="0F439A4B" w:rsidR="00AB04D5" w:rsidRPr="009F6BF7" w:rsidRDefault="00AB04D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s-CO"/>
              </w:rPr>
            </w:pPr>
          </w:p>
        </w:tc>
        <w:tc>
          <w:tcPr>
            <w:tcW w:w="1958" w:type="dxa"/>
          </w:tcPr>
          <w:p w14:paraId="3F323603" w14:textId="3C6416EC" w:rsidR="00AB04D5" w:rsidRPr="009F6BF7" w:rsidRDefault="00AB04D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s-CO"/>
              </w:rPr>
            </w:pPr>
          </w:p>
        </w:tc>
        <w:tc>
          <w:tcPr>
            <w:tcW w:w="1958" w:type="dxa"/>
          </w:tcPr>
          <w:p w14:paraId="044EE4F0" w14:textId="06863B06" w:rsidR="00AB04D5" w:rsidRPr="009F6BF7" w:rsidRDefault="00AB04D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s-CO"/>
              </w:rPr>
            </w:pPr>
          </w:p>
        </w:tc>
      </w:tr>
      <w:tr w:rsidR="00D57734" w:rsidRPr="009F6BF7" w14:paraId="2F089AD3" w14:textId="77777777" w:rsidTr="009F6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72CDA07C" w14:textId="77777777" w:rsidR="00AB04D5" w:rsidRPr="009F6BF7" w:rsidRDefault="002507FD">
            <w:pPr>
              <w:spacing w:after="0"/>
              <w:rPr>
                <w:rFonts w:cs="Arial"/>
                <w:sz w:val="24"/>
                <w:szCs w:val="24"/>
                <w:lang w:val="es-CO"/>
              </w:rPr>
            </w:pPr>
            <w:r w:rsidRPr="009F6BF7">
              <w:rPr>
                <w:rFonts w:cs="Arial"/>
                <w:sz w:val="24"/>
                <w:szCs w:val="24"/>
                <w:lang w:val="es-CO"/>
              </w:rPr>
              <w:t>3</w:t>
            </w:r>
          </w:p>
        </w:tc>
        <w:tc>
          <w:tcPr>
            <w:tcW w:w="2694" w:type="dxa"/>
          </w:tcPr>
          <w:p w14:paraId="5592B207" w14:textId="3BFF4BED" w:rsidR="00AB04D5" w:rsidRPr="009F6BF7" w:rsidRDefault="00AB04D5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s-CO"/>
              </w:rPr>
            </w:pPr>
          </w:p>
        </w:tc>
        <w:tc>
          <w:tcPr>
            <w:tcW w:w="2505" w:type="dxa"/>
          </w:tcPr>
          <w:p w14:paraId="77C48F7B" w14:textId="4C7716E9" w:rsidR="00AB04D5" w:rsidRPr="009F6BF7" w:rsidRDefault="00AB04D5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s-CO"/>
              </w:rPr>
            </w:pPr>
          </w:p>
        </w:tc>
        <w:tc>
          <w:tcPr>
            <w:tcW w:w="1958" w:type="dxa"/>
          </w:tcPr>
          <w:p w14:paraId="4AC152D3" w14:textId="5B5C68D1" w:rsidR="00AB04D5" w:rsidRPr="009F6BF7" w:rsidRDefault="00AB04D5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s-CO"/>
              </w:rPr>
            </w:pPr>
          </w:p>
        </w:tc>
        <w:tc>
          <w:tcPr>
            <w:tcW w:w="1958" w:type="dxa"/>
          </w:tcPr>
          <w:p w14:paraId="75934D47" w14:textId="310ACEDA" w:rsidR="00AB04D5" w:rsidRPr="009F6BF7" w:rsidRDefault="00AB04D5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s-CO"/>
              </w:rPr>
            </w:pPr>
          </w:p>
        </w:tc>
      </w:tr>
      <w:tr w:rsidR="009F6BF7" w:rsidRPr="009F6BF7" w14:paraId="2DBFEEE3" w14:textId="77777777" w:rsidTr="009F6B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78285835" w14:textId="77777777" w:rsidR="00AB04D5" w:rsidRPr="009F6BF7" w:rsidRDefault="002507FD">
            <w:pPr>
              <w:spacing w:after="0"/>
              <w:rPr>
                <w:rFonts w:cs="Arial"/>
                <w:sz w:val="24"/>
                <w:szCs w:val="24"/>
                <w:lang w:val="es-CO"/>
              </w:rPr>
            </w:pPr>
            <w:r w:rsidRPr="009F6BF7">
              <w:rPr>
                <w:rFonts w:cs="Arial"/>
                <w:sz w:val="24"/>
                <w:szCs w:val="24"/>
                <w:lang w:val="es-CO"/>
              </w:rPr>
              <w:t>4</w:t>
            </w:r>
          </w:p>
        </w:tc>
        <w:tc>
          <w:tcPr>
            <w:tcW w:w="2694" w:type="dxa"/>
          </w:tcPr>
          <w:p w14:paraId="3ECCD500" w14:textId="0CD22FED" w:rsidR="00D57734" w:rsidRPr="009F6BF7" w:rsidRDefault="00D5773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s-CO"/>
              </w:rPr>
            </w:pPr>
          </w:p>
        </w:tc>
        <w:tc>
          <w:tcPr>
            <w:tcW w:w="2505" w:type="dxa"/>
          </w:tcPr>
          <w:p w14:paraId="531442A1" w14:textId="7389071C" w:rsidR="00AB04D5" w:rsidRPr="009F6BF7" w:rsidRDefault="00AB04D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s-CO"/>
              </w:rPr>
            </w:pPr>
          </w:p>
        </w:tc>
        <w:tc>
          <w:tcPr>
            <w:tcW w:w="1958" w:type="dxa"/>
          </w:tcPr>
          <w:p w14:paraId="4B4D0E54" w14:textId="032DFCC3" w:rsidR="00AB04D5" w:rsidRPr="009F6BF7" w:rsidRDefault="00AB04D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s-CO"/>
              </w:rPr>
            </w:pPr>
          </w:p>
        </w:tc>
        <w:tc>
          <w:tcPr>
            <w:tcW w:w="1958" w:type="dxa"/>
          </w:tcPr>
          <w:p w14:paraId="662B7F4F" w14:textId="687FEA1B" w:rsidR="00AB04D5" w:rsidRPr="009F6BF7" w:rsidRDefault="00AB04D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szCs w:val="24"/>
                <w:lang w:val="es-CO"/>
              </w:rPr>
            </w:pPr>
          </w:p>
        </w:tc>
      </w:tr>
    </w:tbl>
    <w:p w14:paraId="687146E1" w14:textId="77777777" w:rsidR="00D57734" w:rsidRPr="009F6BF7" w:rsidRDefault="00D57734">
      <w:pPr>
        <w:rPr>
          <w:rFonts w:cs="Arial"/>
          <w:b/>
          <w:sz w:val="24"/>
          <w:szCs w:val="24"/>
          <w:lang w:val="es-CO"/>
        </w:rPr>
      </w:pPr>
    </w:p>
    <w:p w14:paraId="20F98052" w14:textId="63E8B9F3" w:rsidR="00AB04D5" w:rsidRDefault="002507FD">
      <w:pPr>
        <w:rPr>
          <w:rFonts w:cs="Arial"/>
          <w:b/>
          <w:sz w:val="24"/>
          <w:szCs w:val="24"/>
          <w:lang w:val="es-CO"/>
        </w:rPr>
      </w:pPr>
      <w:r w:rsidRPr="009F6BF7">
        <w:rPr>
          <w:rFonts w:cs="Arial"/>
          <w:b/>
          <w:sz w:val="24"/>
          <w:szCs w:val="24"/>
          <w:lang w:val="es-CO"/>
        </w:rPr>
        <w:t>Resumen</w:t>
      </w:r>
    </w:p>
    <w:p w14:paraId="159F6299" w14:textId="07933CA0" w:rsidR="00E0270C" w:rsidRPr="00E0270C" w:rsidRDefault="00E0270C" w:rsidP="00E0270C">
      <w:pPr>
        <w:spacing w:after="0" w:line="480" w:lineRule="auto"/>
        <w:jc w:val="both"/>
        <w:rPr>
          <w:rFonts w:cs="Arial"/>
          <w:sz w:val="22"/>
        </w:rPr>
      </w:pPr>
      <w:r w:rsidRPr="00E0270C">
        <w:rPr>
          <w:rFonts w:cs="Arial"/>
          <w:sz w:val="22"/>
        </w:rPr>
        <w:t xml:space="preserve">Extension: </w:t>
      </w:r>
      <w:r>
        <w:rPr>
          <w:rFonts w:cs="Arial"/>
          <w:sz w:val="22"/>
        </w:rPr>
        <w:t xml:space="preserve">80 </w:t>
      </w:r>
      <w:proofErr w:type="gramStart"/>
      <w:r>
        <w:rPr>
          <w:rFonts w:cs="Arial"/>
          <w:sz w:val="22"/>
        </w:rPr>
        <w:t xml:space="preserve">a </w:t>
      </w:r>
      <w:r w:rsidRPr="00E0270C">
        <w:rPr>
          <w:rFonts w:cs="Arial"/>
          <w:sz w:val="22"/>
        </w:rPr>
        <w:t>140 palabras</w:t>
      </w:r>
      <w:proofErr w:type="gramEnd"/>
    </w:p>
    <w:p w14:paraId="580F2B58" w14:textId="3FD4F9E2" w:rsidR="00D57734" w:rsidRPr="009F6BF7" w:rsidRDefault="00D57734">
      <w:pPr>
        <w:rPr>
          <w:rFonts w:cs="Arial"/>
          <w:sz w:val="24"/>
          <w:szCs w:val="24"/>
          <w:lang w:val="es-CO"/>
        </w:rPr>
      </w:pPr>
      <w:r w:rsidRPr="009F6BF7">
        <w:rPr>
          <w:rFonts w:cs="Arial"/>
          <w:sz w:val="24"/>
          <w:szCs w:val="24"/>
          <w:lang w:val="es-CO"/>
        </w:rPr>
        <w:t>El resumen debe presentar de forma sintética: problema o necesidad, objetivo, metodología, principales hallazgos o resultados esperados, aporte del trabajo y relevancia para el eje temático seleccionado.</w:t>
      </w:r>
    </w:p>
    <w:p w14:paraId="0B98E26D" w14:textId="67D9EA9D" w:rsidR="00AB04D5" w:rsidRPr="009F6BF7" w:rsidRDefault="002507FD">
      <w:pPr>
        <w:ind w:left="216"/>
        <w:rPr>
          <w:rFonts w:cs="Arial"/>
          <w:sz w:val="24"/>
          <w:szCs w:val="24"/>
          <w:lang w:val="es-CO"/>
        </w:rPr>
      </w:pPr>
      <w:r w:rsidRPr="009F6BF7">
        <w:rPr>
          <w:rFonts w:cs="Arial"/>
          <w:i/>
          <w:sz w:val="24"/>
          <w:szCs w:val="24"/>
          <w:lang w:val="es-CO"/>
        </w:rPr>
        <w:t xml:space="preserve">[Redacte </w:t>
      </w:r>
      <w:r w:rsidR="00D57734" w:rsidRPr="009F6BF7">
        <w:rPr>
          <w:rFonts w:cs="Arial"/>
          <w:i/>
          <w:sz w:val="24"/>
          <w:szCs w:val="24"/>
          <w:lang w:val="es-CO"/>
        </w:rPr>
        <w:t>aquí</w:t>
      </w:r>
      <w:r w:rsidRPr="009F6BF7">
        <w:rPr>
          <w:rFonts w:cs="Arial"/>
          <w:i/>
          <w:sz w:val="24"/>
          <w:szCs w:val="24"/>
          <w:lang w:val="es-CO"/>
        </w:rPr>
        <w:t xml:space="preserve"> el resumen]</w:t>
      </w:r>
    </w:p>
    <w:p w14:paraId="03331896" w14:textId="47F06F4D" w:rsidR="00AB04D5" w:rsidRPr="009F6BF7" w:rsidRDefault="002507FD" w:rsidP="009F6BF7">
      <w:pPr>
        <w:rPr>
          <w:rFonts w:cs="Arial"/>
          <w:b/>
          <w:bCs/>
          <w:sz w:val="24"/>
          <w:szCs w:val="24"/>
          <w:lang w:val="es-CO"/>
        </w:rPr>
      </w:pPr>
      <w:r w:rsidRPr="009F6BF7">
        <w:rPr>
          <w:rFonts w:cs="Arial"/>
          <w:b/>
          <w:bCs/>
          <w:sz w:val="24"/>
          <w:szCs w:val="24"/>
          <w:lang w:val="es-CO"/>
        </w:rPr>
        <w:t>Palabras clave</w:t>
      </w:r>
    </w:p>
    <w:p w14:paraId="5A42F3AE" w14:textId="6DEAB2EA" w:rsidR="00AB04D5" w:rsidRPr="009F6BF7" w:rsidRDefault="002507FD">
      <w:pPr>
        <w:spacing w:after="120"/>
        <w:rPr>
          <w:rFonts w:cs="Arial"/>
          <w:sz w:val="24"/>
          <w:szCs w:val="24"/>
          <w:lang w:val="es-CO"/>
        </w:rPr>
      </w:pPr>
      <w:r w:rsidRPr="009F6BF7">
        <w:rPr>
          <w:rFonts w:cs="Arial"/>
          <w:sz w:val="24"/>
          <w:szCs w:val="24"/>
          <w:lang w:val="es-CO"/>
        </w:rPr>
        <w:t xml:space="preserve">Incluya entre 4 y 6 palabras clave, separadas por punto y coma. </w:t>
      </w:r>
    </w:p>
    <w:p w14:paraId="558B351A" w14:textId="77777777" w:rsidR="00AB04D5" w:rsidRPr="009F6BF7" w:rsidRDefault="002507FD">
      <w:pPr>
        <w:ind w:left="216"/>
        <w:rPr>
          <w:rFonts w:cs="Arial"/>
          <w:sz w:val="24"/>
          <w:szCs w:val="24"/>
          <w:lang w:val="es-CO"/>
        </w:rPr>
      </w:pPr>
      <w:r w:rsidRPr="009F6BF7">
        <w:rPr>
          <w:rFonts w:cs="Arial"/>
          <w:i/>
          <w:sz w:val="24"/>
          <w:szCs w:val="24"/>
          <w:lang w:val="es-CO"/>
        </w:rPr>
        <w:lastRenderedPageBreak/>
        <w:t>[Palabra clave 1; palabra clave 2; palabra clave 3; palabra clave 4]</w:t>
      </w:r>
    </w:p>
    <w:p w14:paraId="23A959D1" w14:textId="5DCA6E42" w:rsidR="00AB04D5" w:rsidRPr="009F6BF7" w:rsidRDefault="00D57734" w:rsidP="009F6BF7">
      <w:pPr>
        <w:rPr>
          <w:rFonts w:cs="Arial"/>
          <w:b/>
          <w:bCs/>
          <w:sz w:val="24"/>
          <w:szCs w:val="24"/>
          <w:lang w:val="es-CO"/>
        </w:rPr>
      </w:pPr>
      <w:r w:rsidRPr="009F6BF7">
        <w:rPr>
          <w:rFonts w:cs="Arial"/>
          <w:b/>
          <w:bCs/>
          <w:sz w:val="24"/>
          <w:szCs w:val="24"/>
          <w:lang w:val="es-CO"/>
        </w:rPr>
        <w:t xml:space="preserve">Contenido </w:t>
      </w:r>
    </w:p>
    <w:p w14:paraId="39F4BC82" w14:textId="41461AC9" w:rsidR="00D57734" w:rsidRPr="00E0270C" w:rsidRDefault="00D57734" w:rsidP="00D57734">
      <w:pPr>
        <w:rPr>
          <w:rFonts w:cs="Arial"/>
          <w:bCs/>
          <w:sz w:val="22"/>
          <w:lang w:val="es-CO"/>
        </w:rPr>
      </w:pPr>
      <w:r w:rsidRPr="00E0270C">
        <w:rPr>
          <w:rFonts w:cs="Arial"/>
          <w:bCs/>
          <w:sz w:val="22"/>
          <w:lang w:val="es-CO"/>
        </w:rPr>
        <w:t>Extensión máxima: 4000 palabras</w:t>
      </w:r>
    </w:p>
    <w:p w14:paraId="65D9B1B8" w14:textId="77777777" w:rsidR="00D57734" w:rsidRPr="009F6BF7" w:rsidRDefault="00D57734" w:rsidP="00D57734">
      <w:pPr>
        <w:pStyle w:val="isselectedend"/>
        <w:rPr>
          <w:rFonts w:ascii="Arial" w:hAnsi="Arial" w:cs="Arial"/>
        </w:rPr>
      </w:pPr>
      <w:r w:rsidRPr="009F6BF7">
        <w:rPr>
          <w:rFonts w:ascii="Arial" w:hAnsi="Arial" w:cs="Arial"/>
        </w:rPr>
        <w:t>El contenido del escrito debe iniciar con una introducción que exponga la importancia, pertinencia y propósito del trabajo, así como su origen, antecedentes teóricos y prácticos, y la contextualización general del tema abordado. En esta sección también se deben presentar los objetivos, alcances, limitaciones y la metodología empleada, además de describir brevemente la estructura del documento.</w:t>
      </w:r>
    </w:p>
    <w:p w14:paraId="79407997" w14:textId="7A3CABC9" w:rsidR="00D57734" w:rsidRPr="009F6BF7" w:rsidRDefault="00D57734" w:rsidP="00D57734">
      <w:pPr>
        <w:ind w:left="216"/>
        <w:rPr>
          <w:rFonts w:cs="Arial"/>
          <w:sz w:val="24"/>
          <w:szCs w:val="24"/>
          <w:lang w:val="es-CO"/>
        </w:rPr>
      </w:pPr>
      <w:r w:rsidRPr="009F6BF7">
        <w:rPr>
          <w:rFonts w:cs="Arial"/>
          <w:i/>
          <w:sz w:val="24"/>
          <w:szCs w:val="24"/>
          <w:lang w:val="es-CO"/>
        </w:rPr>
        <w:t xml:space="preserve">[Redacte aquí el </w:t>
      </w:r>
      <w:r w:rsidRPr="009F6BF7">
        <w:rPr>
          <w:rFonts w:cs="Arial"/>
          <w:i/>
          <w:sz w:val="24"/>
          <w:szCs w:val="24"/>
          <w:lang w:val="es-CO"/>
        </w:rPr>
        <w:t>contenido</w:t>
      </w:r>
      <w:r w:rsidRPr="009F6BF7">
        <w:rPr>
          <w:rFonts w:cs="Arial"/>
          <w:i/>
          <w:sz w:val="24"/>
          <w:szCs w:val="24"/>
          <w:lang w:val="es-CO"/>
        </w:rPr>
        <w:t>]</w:t>
      </w:r>
    </w:p>
    <w:p w14:paraId="02E77333" w14:textId="37C90639" w:rsidR="00AB04D5" w:rsidRPr="009F6BF7" w:rsidRDefault="002507FD" w:rsidP="009F6BF7">
      <w:pPr>
        <w:rPr>
          <w:rFonts w:cs="Arial"/>
          <w:b/>
          <w:bCs/>
          <w:sz w:val="24"/>
          <w:szCs w:val="24"/>
          <w:lang w:val="es-CO"/>
        </w:rPr>
      </w:pPr>
      <w:r w:rsidRPr="009F6BF7">
        <w:rPr>
          <w:rFonts w:cs="Arial"/>
          <w:b/>
          <w:bCs/>
          <w:sz w:val="24"/>
          <w:szCs w:val="24"/>
          <w:lang w:val="es-CO"/>
        </w:rPr>
        <w:t>Figuras y tablas</w:t>
      </w:r>
    </w:p>
    <w:p w14:paraId="4881C584" w14:textId="77777777" w:rsidR="00D57734" w:rsidRPr="009F6BF7" w:rsidRDefault="00D57734" w:rsidP="00D57734">
      <w:pPr>
        <w:pStyle w:val="NormalWeb"/>
        <w:rPr>
          <w:rFonts w:ascii="Arial" w:hAnsi="Arial" w:cs="Arial"/>
        </w:rPr>
      </w:pPr>
      <w:r w:rsidRPr="009F6BF7">
        <w:rPr>
          <w:rFonts w:ascii="Arial" w:hAnsi="Arial" w:cs="Arial"/>
        </w:rPr>
        <w:t>En el desarrollo del escrito se deben incluir los subtítulos necesarios para organizar de manera lógica y coherente los apartados temáticos. Asimismo, podrán incorporarse figuras, tablas u otros recursos gráficos, siempre que estén debidamente articulados con el contenido, citados en el texto y aporten valor a la comprensión del tema. El documento debe responder de forma detallada, clara, crítica y argumentada a los planteamientos realizados, evidenciando rigor académico, solidez conceptual y un trabajo investigativo robusto.</w:t>
      </w:r>
    </w:p>
    <w:p w14:paraId="043B1976" w14:textId="77777777" w:rsidR="00AB04D5" w:rsidRPr="009F6BF7" w:rsidRDefault="002507FD">
      <w:pPr>
        <w:spacing w:after="120"/>
        <w:rPr>
          <w:rFonts w:cs="Arial"/>
          <w:sz w:val="24"/>
          <w:szCs w:val="24"/>
          <w:lang w:val="es-CO"/>
        </w:rPr>
      </w:pPr>
      <w:r w:rsidRPr="009F6BF7">
        <w:rPr>
          <w:rFonts w:cs="Arial"/>
          <w:sz w:val="24"/>
          <w:szCs w:val="24"/>
          <w:lang w:val="es-CO"/>
        </w:rPr>
        <w:t>Toda figura o tabla debe mencionarse en el texto antes de aparecer. Debe incluir número, título claro, fuente y, cuando corresponda, nota explicativa. Verifique que la imagen sea legible y tenga resolución suficiente.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80"/>
      </w:tblGrid>
      <w:tr w:rsidR="00D57734" w:rsidRPr="009F6BF7" w14:paraId="14881CBF" w14:textId="77777777">
        <w:tc>
          <w:tcPr>
            <w:tcW w:w="97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8F8F8"/>
            <w:vAlign w:val="center"/>
          </w:tcPr>
          <w:p w14:paraId="6A4C849B" w14:textId="77F96813" w:rsidR="00AB04D5" w:rsidRPr="009F6BF7" w:rsidRDefault="002507FD">
            <w:pPr>
              <w:spacing w:after="0"/>
              <w:jc w:val="center"/>
              <w:rPr>
                <w:rFonts w:cs="Arial"/>
                <w:sz w:val="24"/>
                <w:szCs w:val="24"/>
                <w:lang w:val="es-CO"/>
              </w:rPr>
            </w:pPr>
            <w:r w:rsidRPr="009F6BF7">
              <w:rPr>
                <w:rFonts w:cs="Arial"/>
                <w:i/>
                <w:sz w:val="24"/>
                <w:szCs w:val="24"/>
                <w:lang w:val="es-CO"/>
              </w:rPr>
              <w:br/>
              <w:t xml:space="preserve">[Inserte </w:t>
            </w:r>
            <w:r w:rsidR="009F6BF7" w:rsidRPr="009F6BF7">
              <w:rPr>
                <w:rFonts w:cs="Arial"/>
                <w:i/>
                <w:sz w:val="24"/>
                <w:szCs w:val="24"/>
                <w:lang w:val="es-CO"/>
              </w:rPr>
              <w:t>aquí</w:t>
            </w:r>
            <w:r w:rsidRPr="009F6BF7">
              <w:rPr>
                <w:rFonts w:cs="Arial"/>
                <w:i/>
                <w:sz w:val="24"/>
                <w:szCs w:val="24"/>
                <w:lang w:val="es-CO"/>
              </w:rPr>
              <w:t xml:space="preserve"> la figura, gráfico, fotografía o esquema]</w:t>
            </w:r>
            <w:r w:rsidRPr="009F6BF7">
              <w:rPr>
                <w:rFonts w:cs="Arial"/>
                <w:i/>
                <w:sz w:val="24"/>
                <w:szCs w:val="24"/>
                <w:lang w:val="es-CO"/>
              </w:rPr>
              <w:br/>
            </w:r>
          </w:p>
        </w:tc>
      </w:tr>
    </w:tbl>
    <w:p w14:paraId="44C38BE6" w14:textId="77777777" w:rsidR="00AB04D5" w:rsidRPr="009F6BF7" w:rsidRDefault="002507FD">
      <w:pPr>
        <w:jc w:val="center"/>
        <w:rPr>
          <w:rFonts w:cs="Arial"/>
          <w:sz w:val="24"/>
          <w:szCs w:val="24"/>
          <w:lang w:val="es-CO"/>
        </w:rPr>
      </w:pPr>
      <w:r w:rsidRPr="009F6BF7">
        <w:rPr>
          <w:rFonts w:cs="Arial"/>
          <w:b/>
          <w:sz w:val="24"/>
          <w:szCs w:val="24"/>
          <w:lang w:val="es-CO"/>
        </w:rPr>
        <w:t>Figura 1. Título descriptivo de la figura</w:t>
      </w:r>
    </w:p>
    <w:p w14:paraId="1CDADF75" w14:textId="361A9AE4" w:rsidR="00AB04D5" w:rsidRPr="009F6BF7" w:rsidRDefault="002507FD">
      <w:pPr>
        <w:jc w:val="center"/>
        <w:rPr>
          <w:rFonts w:cs="Arial"/>
          <w:i/>
          <w:sz w:val="24"/>
          <w:szCs w:val="24"/>
          <w:lang w:val="es-CO"/>
        </w:rPr>
      </w:pPr>
      <w:r w:rsidRPr="009F6BF7">
        <w:rPr>
          <w:rFonts w:cs="Arial"/>
          <w:i/>
          <w:sz w:val="24"/>
          <w:szCs w:val="24"/>
          <w:lang w:val="es-CO"/>
        </w:rPr>
        <w:t xml:space="preserve">Nota. Fuente o </w:t>
      </w:r>
      <w:r w:rsidR="009F6BF7" w:rsidRPr="009F6BF7">
        <w:rPr>
          <w:rFonts w:cs="Arial"/>
          <w:i/>
          <w:sz w:val="24"/>
          <w:szCs w:val="24"/>
          <w:lang w:val="es-CO"/>
        </w:rPr>
        <w:t>elaboración</w:t>
      </w:r>
      <w:r w:rsidRPr="009F6BF7">
        <w:rPr>
          <w:rFonts w:cs="Arial"/>
          <w:i/>
          <w:sz w:val="24"/>
          <w:szCs w:val="24"/>
          <w:lang w:val="es-CO"/>
        </w:rPr>
        <w:t xml:space="preserve"> propia, según corresponda.</w:t>
      </w:r>
    </w:p>
    <w:p w14:paraId="13BB4A5F" w14:textId="77777777" w:rsidR="00AB04D5" w:rsidRPr="009F6BF7" w:rsidRDefault="002507FD" w:rsidP="009F6BF7">
      <w:pPr>
        <w:rPr>
          <w:rFonts w:cs="Arial"/>
          <w:b/>
          <w:bCs/>
          <w:sz w:val="24"/>
          <w:szCs w:val="24"/>
          <w:lang w:val="es-CO"/>
        </w:rPr>
      </w:pPr>
      <w:r w:rsidRPr="009F6BF7">
        <w:rPr>
          <w:rFonts w:cs="Arial"/>
          <w:b/>
          <w:bCs/>
          <w:sz w:val="24"/>
          <w:szCs w:val="24"/>
          <w:lang w:val="es-CO"/>
        </w:rPr>
        <w:t>Ejemplo de tabla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60"/>
        <w:gridCol w:w="3260"/>
        <w:gridCol w:w="3260"/>
      </w:tblGrid>
      <w:tr w:rsidR="00D57734" w:rsidRPr="009F6BF7" w14:paraId="66E996B3" w14:textId="77777777">
        <w:tc>
          <w:tcPr>
            <w:tcW w:w="32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AF7"/>
            <w:vAlign w:val="center"/>
          </w:tcPr>
          <w:p w14:paraId="1320E133" w14:textId="77777777" w:rsidR="00AB04D5" w:rsidRPr="009F6BF7" w:rsidRDefault="002507FD">
            <w:pPr>
              <w:spacing w:after="0"/>
              <w:rPr>
                <w:rFonts w:cs="Arial"/>
                <w:sz w:val="24"/>
                <w:szCs w:val="24"/>
                <w:lang w:val="es-CO"/>
              </w:rPr>
            </w:pPr>
            <w:r w:rsidRPr="009F6BF7">
              <w:rPr>
                <w:rFonts w:cs="Arial"/>
                <w:b/>
                <w:sz w:val="24"/>
                <w:szCs w:val="24"/>
                <w:lang w:val="es-CO"/>
              </w:rPr>
              <w:t>Categoría</w:t>
            </w:r>
          </w:p>
        </w:tc>
        <w:tc>
          <w:tcPr>
            <w:tcW w:w="32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AF7"/>
            <w:vAlign w:val="center"/>
          </w:tcPr>
          <w:p w14:paraId="6F6C2E54" w14:textId="77777777" w:rsidR="00AB04D5" w:rsidRPr="009F6BF7" w:rsidRDefault="002507FD">
            <w:pPr>
              <w:spacing w:after="0"/>
              <w:rPr>
                <w:rFonts w:cs="Arial"/>
                <w:sz w:val="24"/>
                <w:szCs w:val="24"/>
                <w:lang w:val="es-CO"/>
              </w:rPr>
            </w:pPr>
            <w:r w:rsidRPr="009F6BF7">
              <w:rPr>
                <w:rFonts w:cs="Arial"/>
                <w:b/>
                <w:sz w:val="24"/>
                <w:szCs w:val="24"/>
                <w:lang w:val="es-CO"/>
              </w:rPr>
              <w:t>Descripción</w:t>
            </w:r>
          </w:p>
        </w:tc>
        <w:tc>
          <w:tcPr>
            <w:tcW w:w="32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AF7"/>
            <w:vAlign w:val="center"/>
          </w:tcPr>
          <w:p w14:paraId="243A2D53" w14:textId="77777777" w:rsidR="00AB04D5" w:rsidRPr="009F6BF7" w:rsidRDefault="002507FD">
            <w:pPr>
              <w:spacing w:after="0"/>
              <w:rPr>
                <w:rFonts w:cs="Arial"/>
                <w:sz w:val="24"/>
                <w:szCs w:val="24"/>
                <w:lang w:val="es-CO"/>
              </w:rPr>
            </w:pPr>
            <w:r w:rsidRPr="009F6BF7">
              <w:rPr>
                <w:rFonts w:cs="Arial"/>
                <w:b/>
                <w:sz w:val="24"/>
                <w:szCs w:val="24"/>
                <w:lang w:val="es-CO"/>
              </w:rPr>
              <w:t>Evidencia / dato</w:t>
            </w:r>
          </w:p>
        </w:tc>
      </w:tr>
      <w:tr w:rsidR="00D57734" w:rsidRPr="009F6BF7" w14:paraId="155C998D" w14:textId="77777777">
        <w:tc>
          <w:tcPr>
            <w:tcW w:w="32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A475128" w14:textId="77777777" w:rsidR="00AB04D5" w:rsidRPr="009F6BF7" w:rsidRDefault="002507FD">
            <w:pPr>
              <w:spacing w:after="0"/>
              <w:rPr>
                <w:rFonts w:cs="Arial"/>
                <w:sz w:val="24"/>
                <w:szCs w:val="24"/>
                <w:lang w:val="es-CO"/>
              </w:rPr>
            </w:pPr>
            <w:r w:rsidRPr="009F6BF7">
              <w:rPr>
                <w:rFonts w:cs="Arial"/>
                <w:sz w:val="24"/>
                <w:szCs w:val="24"/>
                <w:lang w:val="es-CO"/>
              </w:rPr>
              <w:t>[Complete]</w:t>
            </w:r>
          </w:p>
        </w:tc>
        <w:tc>
          <w:tcPr>
            <w:tcW w:w="32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D01363D" w14:textId="77777777" w:rsidR="00AB04D5" w:rsidRPr="009F6BF7" w:rsidRDefault="002507FD">
            <w:pPr>
              <w:spacing w:after="0"/>
              <w:rPr>
                <w:rFonts w:cs="Arial"/>
                <w:sz w:val="24"/>
                <w:szCs w:val="24"/>
                <w:lang w:val="es-CO"/>
              </w:rPr>
            </w:pPr>
            <w:r w:rsidRPr="009F6BF7">
              <w:rPr>
                <w:rFonts w:cs="Arial"/>
                <w:sz w:val="24"/>
                <w:szCs w:val="24"/>
                <w:lang w:val="es-CO"/>
              </w:rPr>
              <w:t>[Complete]</w:t>
            </w:r>
          </w:p>
        </w:tc>
        <w:tc>
          <w:tcPr>
            <w:tcW w:w="32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28A7950" w14:textId="77777777" w:rsidR="00AB04D5" w:rsidRPr="009F6BF7" w:rsidRDefault="002507FD">
            <w:pPr>
              <w:spacing w:after="0"/>
              <w:rPr>
                <w:rFonts w:cs="Arial"/>
                <w:sz w:val="24"/>
                <w:szCs w:val="24"/>
                <w:lang w:val="es-CO"/>
              </w:rPr>
            </w:pPr>
            <w:r w:rsidRPr="009F6BF7">
              <w:rPr>
                <w:rFonts w:cs="Arial"/>
                <w:sz w:val="24"/>
                <w:szCs w:val="24"/>
                <w:lang w:val="es-CO"/>
              </w:rPr>
              <w:t>[Complete]</w:t>
            </w:r>
          </w:p>
        </w:tc>
      </w:tr>
      <w:tr w:rsidR="00D57734" w:rsidRPr="009F6BF7" w14:paraId="57BC5BC1" w14:textId="77777777">
        <w:tc>
          <w:tcPr>
            <w:tcW w:w="32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C7B8580" w14:textId="77777777" w:rsidR="00AB04D5" w:rsidRPr="009F6BF7" w:rsidRDefault="002507FD">
            <w:pPr>
              <w:spacing w:after="0"/>
              <w:rPr>
                <w:rFonts w:cs="Arial"/>
                <w:sz w:val="24"/>
                <w:szCs w:val="24"/>
                <w:lang w:val="es-CO"/>
              </w:rPr>
            </w:pPr>
            <w:r w:rsidRPr="009F6BF7">
              <w:rPr>
                <w:rFonts w:cs="Arial"/>
                <w:sz w:val="24"/>
                <w:szCs w:val="24"/>
                <w:lang w:val="es-CO"/>
              </w:rPr>
              <w:t>[Complete]</w:t>
            </w:r>
          </w:p>
        </w:tc>
        <w:tc>
          <w:tcPr>
            <w:tcW w:w="32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9BD50B9" w14:textId="77777777" w:rsidR="00AB04D5" w:rsidRPr="009F6BF7" w:rsidRDefault="002507FD">
            <w:pPr>
              <w:spacing w:after="0"/>
              <w:rPr>
                <w:rFonts w:cs="Arial"/>
                <w:sz w:val="24"/>
                <w:szCs w:val="24"/>
                <w:lang w:val="es-CO"/>
              </w:rPr>
            </w:pPr>
            <w:r w:rsidRPr="009F6BF7">
              <w:rPr>
                <w:rFonts w:cs="Arial"/>
                <w:sz w:val="24"/>
                <w:szCs w:val="24"/>
                <w:lang w:val="es-CO"/>
              </w:rPr>
              <w:t>[Complete]</w:t>
            </w:r>
          </w:p>
        </w:tc>
        <w:tc>
          <w:tcPr>
            <w:tcW w:w="32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ECE9F25" w14:textId="77777777" w:rsidR="00AB04D5" w:rsidRPr="009F6BF7" w:rsidRDefault="002507FD">
            <w:pPr>
              <w:spacing w:after="0"/>
              <w:rPr>
                <w:rFonts w:cs="Arial"/>
                <w:sz w:val="24"/>
                <w:szCs w:val="24"/>
                <w:lang w:val="es-CO"/>
              </w:rPr>
            </w:pPr>
            <w:r w:rsidRPr="009F6BF7">
              <w:rPr>
                <w:rFonts w:cs="Arial"/>
                <w:sz w:val="24"/>
                <w:szCs w:val="24"/>
                <w:lang w:val="es-CO"/>
              </w:rPr>
              <w:t>[Complete]</w:t>
            </w:r>
          </w:p>
        </w:tc>
      </w:tr>
      <w:tr w:rsidR="00D57734" w:rsidRPr="009F6BF7" w14:paraId="32668021" w14:textId="77777777">
        <w:tc>
          <w:tcPr>
            <w:tcW w:w="32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018EB21" w14:textId="77777777" w:rsidR="00AB04D5" w:rsidRPr="009F6BF7" w:rsidRDefault="002507FD">
            <w:pPr>
              <w:spacing w:after="0"/>
              <w:rPr>
                <w:rFonts w:cs="Arial"/>
                <w:sz w:val="24"/>
                <w:szCs w:val="24"/>
                <w:lang w:val="es-CO"/>
              </w:rPr>
            </w:pPr>
            <w:r w:rsidRPr="009F6BF7">
              <w:rPr>
                <w:rFonts w:cs="Arial"/>
                <w:sz w:val="24"/>
                <w:szCs w:val="24"/>
                <w:lang w:val="es-CO"/>
              </w:rPr>
              <w:lastRenderedPageBreak/>
              <w:t>[Complete]</w:t>
            </w:r>
          </w:p>
        </w:tc>
        <w:tc>
          <w:tcPr>
            <w:tcW w:w="32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7014009" w14:textId="77777777" w:rsidR="00AB04D5" w:rsidRPr="009F6BF7" w:rsidRDefault="002507FD">
            <w:pPr>
              <w:spacing w:after="0"/>
              <w:rPr>
                <w:rFonts w:cs="Arial"/>
                <w:sz w:val="24"/>
                <w:szCs w:val="24"/>
                <w:lang w:val="es-CO"/>
              </w:rPr>
            </w:pPr>
            <w:r w:rsidRPr="009F6BF7">
              <w:rPr>
                <w:rFonts w:cs="Arial"/>
                <w:sz w:val="24"/>
                <w:szCs w:val="24"/>
                <w:lang w:val="es-CO"/>
              </w:rPr>
              <w:t>[Complete]</w:t>
            </w:r>
          </w:p>
        </w:tc>
        <w:tc>
          <w:tcPr>
            <w:tcW w:w="32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602543D" w14:textId="77777777" w:rsidR="00AB04D5" w:rsidRPr="009F6BF7" w:rsidRDefault="002507FD">
            <w:pPr>
              <w:spacing w:after="0"/>
              <w:rPr>
                <w:rFonts w:cs="Arial"/>
                <w:sz w:val="24"/>
                <w:szCs w:val="24"/>
                <w:lang w:val="es-CO"/>
              </w:rPr>
            </w:pPr>
            <w:r w:rsidRPr="009F6BF7">
              <w:rPr>
                <w:rFonts w:cs="Arial"/>
                <w:sz w:val="24"/>
                <w:szCs w:val="24"/>
                <w:lang w:val="es-CO"/>
              </w:rPr>
              <w:t>[Complete]</w:t>
            </w:r>
          </w:p>
        </w:tc>
      </w:tr>
    </w:tbl>
    <w:p w14:paraId="214E2EE8" w14:textId="77777777" w:rsidR="00AB04D5" w:rsidRPr="009F6BF7" w:rsidRDefault="002507FD">
      <w:pPr>
        <w:jc w:val="center"/>
        <w:rPr>
          <w:rFonts w:cs="Arial"/>
          <w:sz w:val="24"/>
          <w:szCs w:val="24"/>
          <w:lang w:val="es-CO"/>
        </w:rPr>
      </w:pPr>
      <w:r w:rsidRPr="009F6BF7">
        <w:rPr>
          <w:rFonts w:cs="Arial"/>
          <w:b/>
          <w:sz w:val="24"/>
          <w:szCs w:val="24"/>
          <w:lang w:val="es-CO"/>
        </w:rPr>
        <w:t>Tabla 1. Título descriptivo de la tabla</w:t>
      </w:r>
    </w:p>
    <w:p w14:paraId="4F6A479B" w14:textId="77777777" w:rsidR="00AB04D5" w:rsidRPr="009F6BF7" w:rsidRDefault="002507FD">
      <w:pPr>
        <w:jc w:val="center"/>
        <w:rPr>
          <w:rFonts w:cs="Arial"/>
          <w:sz w:val="24"/>
          <w:szCs w:val="24"/>
          <w:lang w:val="es-CO"/>
        </w:rPr>
      </w:pPr>
      <w:r w:rsidRPr="009F6BF7">
        <w:rPr>
          <w:rFonts w:cs="Arial"/>
          <w:i/>
          <w:sz w:val="24"/>
          <w:szCs w:val="24"/>
          <w:lang w:val="es-CO"/>
        </w:rPr>
        <w:t>Nota. Indique fuente, aclaraciones metodológicas o convenciones utilizadas.</w:t>
      </w:r>
    </w:p>
    <w:p w14:paraId="3B49F088" w14:textId="6C572F4C" w:rsidR="00AB04D5" w:rsidRPr="009F6BF7" w:rsidRDefault="00E0270C" w:rsidP="009F6BF7">
      <w:pPr>
        <w:rPr>
          <w:rFonts w:cs="Arial"/>
          <w:b/>
          <w:bCs/>
          <w:sz w:val="24"/>
          <w:szCs w:val="24"/>
          <w:lang w:val="es-CO"/>
        </w:rPr>
      </w:pPr>
      <w:r w:rsidRPr="009F6BF7">
        <w:rPr>
          <w:rFonts w:cs="Arial"/>
          <w:b/>
          <w:bCs/>
          <w:sz w:val="24"/>
          <w:szCs w:val="24"/>
          <w:lang w:val="es-CO"/>
        </w:rPr>
        <w:t>Conclusiones</w:t>
      </w:r>
    </w:p>
    <w:p w14:paraId="0D6E5DA5" w14:textId="674CB5B3" w:rsidR="009F6BF7" w:rsidRPr="00E0270C" w:rsidRDefault="009F6BF7" w:rsidP="009F6BF7">
      <w:pPr>
        <w:rPr>
          <w:rFonts w:cs="Arial"/>
          <w:bCs/>
          <w:sz w:val="22"/>
          <w:lang w:val="es-CO"/>
        </w:rPr>
      </w:pPr>
      <w:r w:rsidRPr="00E0270C">
        <w:rPr>
          <w:rFonts w:cs="Arial"/>
          <w:bCs/>
          <w:sz w:val="22"/>
          <w:lang w:val="es-CO"/>
        </w:rPr>
        <w:t>Extensión: 400 a 500 palabras</w:t>
      </w:r>
    </w:p>
    <w:p w14:paraId="6F20157A" w14:textId="7D6FF613" w:rsidR="00AB04D5" w:rsidRPr="009F6BF7" w:rsidRDefault="009F6BF7">
      <w:pPr>
        <w:rPr>
          <w:rFonts w:cs="Arial"/>
          <w:sz w:val="24"/>
          <w:szCs w:val="24"/>
          <w:lang w:val="es-CO"/>
        </w:rPr>
      </w:pPr>
      <w:r w:rsidRPr="009F6BF7">
        <w:rPr>
          <w:rFonts w:cs="Arial"/>
          <w:sz w:val="24"/>
          <w:szCs w:val="24"/>
          <w:lang w:val="es-CO"/>
        </w:rPr>
        <w:t>Las conclusiones deben cerrar el argumento central, responder al objetivo planteado y presentar aportes, implicaciones prácticas, recomendaciones o posibles líneas de continuidad. Evite repetir literalmente los resultados.</w:t>
      </w:r>
      <w:r w:rsidRPr="009F6BF7">
        <w:rPr>
          <w:rFonts w:cs="Arial"/>
          <w:sz w:val="24"/>
          <w:szCs w:val="24"/>
          <w:lang w:val="es-CO"/>
        </w:rPr>
        <w:t xml:space="preserve"> </w:t>
      </w:r>
    </w:p>
    <w:p w14:paraId="3CE4D6CB" w14:textId="0F3D2E32" w:rsidR="00AB04D5" w:rsidRPr="009F6BF7" w:rsidRDefault="002507FD">
      <w:pPr>
        <w:ind w:left="216"/>
        <w:rPr>
          <w:rFonts w:cs="Arial"/>
          <w:sz w:val="24"/>
          <w:szCs w:val="24"/>
          <w:lang w:val="es-CO"/>
        </w:rPr>
      </w:pPr>
      <w:r w:rsidRPr="009F6BF7">
        <w:rPr>
          <w:rFonts w:cs="Arial"/>
          <w:i/>
          <w:sz w:val="24"/>
          <w:szCs w:val="24"/>
          <w:lang w:val="es-CO"/>
        </w:rPr>
        <w:t xml:space="preserve">[Redacte </w:t>
      </w:r>
      <w:r w:rsidR="00E0270C" w:rsidRPr="009F6BF7">
        <w:rPr>
          <w:rFonts w:cs="Arial"/>
          <w:i/>
          <w:sz w:val="24"/>
          <w:szCs w:val="24"/>
          <w:lang w:val="es-CO"/>
        </w:rPr>
        <w:t>aquí</w:t>
      </w:r>
      <w:r w:rsidRPr="009F6BF7">
        <w:rPr>
          <w:rFonts w:cs="Arial"/>
          <w:i/>
          <w:sz w:val="24"/>
          <w:szCs w:val="24"/>
          <w:lang w:val="es-CO"/>
        </w:rPr>
        <w:t xml:space="preserve"> las conclusiones.]</w:t>
      </w:r>
    </w:p>
    <w:p w14:paraId="3210EBC2" w14:textId="3A18ACEB" w:rsidR="00AB04D5" w:rsidRPr="009F6BF7" w:rsidRDefault="002507FD" w:rsidP="009F6BF7">
      <w:pPr>
        <w:rPr>
          <w:rFonts w:cs="Arial"/>
          <w:b/>
          <w:bCs/>
          <w:sz w:val="24"/>
          <w:szCs w:val="24"/>
          <w:lang w:val="es-CO"/>
        </w:rPr>
      </w:pPr>
      <w:r w:rsidRPr="009F6BF7">
        <w:rPr>
          <w:rFonts w:cs="Arial"/>
          <w:b/>
          <w:bCs/>
          <w:sz w:val="24"/>
          <w:szCs w:val="24"/>
          <w:lang w:val="es-CO"/>
        </w:rPr>
        <w:t>Referencias</w:t>
      </w:r>
    </w:p>
    <w:p w14:paraId="4E314C4A" w14:textId="77777777" w:rsidR="00AB04D5" w:rsidRPr="009F6BF7" w:rsidRDefault="002507FD">
      <w:pPr>
        <w:spacing w:after="120"/>
        <w:rPr>
          <w:rFonts w:cs="Arial"/>
          <w:sz w:val="24"/>
          <w:szCs w:val="24"/>
          <w:lang w:val="es-CO"/>
        </w:rPr>
      </w:pPr>
      <w:r w:rsidRPr="009F6BF7">
        <w:rPr>
          <w:rFonts w:cs="Arial"/>
          <w:sz w:val="24"/>
          <w:szCs w:val="24"/>
          <w:lang w:val="es-CO"/>
        </w:rPr>
        <w:t>Incluya únicamente las fuentes citadas en el texto. Organice la lista alfabéticamente y aplique normas APA vigentes. Revise consistencia entre citas y referencias.</w:t>
      </w:r>
    </w:p>
    <w:bookmarkEnd w:id="0"/>
    <w:p w14:paraId="31F8F8F7" w14:textId="11DE3600" w:rsidR="00AB04D5" w:rsidRPr="009F6BF7" w:rsidRDefault="00AB04D5">
      <w:pPr>
        <w:spacing w:after="120"/>
        <w:rPr>
          <w:rFonts w:cs="Arial"/>
          <w:sz w:val="24"/>
          <w:szCs w:val="24"/>
          <w:lang w:val="es-CO"/>
        </w:rPr>
      </w:pPr>
    </w:p>
    <w:sectPr w:rsidR="00AB04D5" w:rsidRPr="009F6BF7" w:rsidSect="009F6BF7">
      <w:headerReference w:type="default" r:id="rId8"/>
      <w:pgSz w:w="12240" w:h="15840"/>
      <w:pgMar w:top="1151" w:right="1225" w:bottom="1009" w:left="122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6F708" w14:textId="77777777" w:rsidR="00173AC8" w:rsidRDefault="00173AC8">
      <w:pPr>
        <w:spacing w:after="0" w:line="240" w:lineRule="auto"/>
      </w:pPr>
      <w:r>
        <w:separator/>
      </w:r>
    </w:p>
  </w:endnote>
  <w:endnote w:type="continuationSeparator" w:id="0">
    <w:p w14:paraId="51E378A4" w14:textId="77777777" w:rsidR="00173AC8" w:rsidRDefault="00173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59FCB" w14:textId="77777777" w:rsidR="00173AC8" w:rsidRDefault="00173AC8">
      <w:pPr>
        <w:spacing w:after="0" w:line="240" w:lineRule="auto"/>
      </w:pPr>
      <w:r>
        <w:separator/>
      </w:r>
    </w:p>
  </w:footnote>
  <w:footnote w:type="continuationSeparator" w:id="0">
    <w:p w14:paraId="7042B28E" w14:textId="77777777" w:rsidR="00173AC8" w:rsidRDefault="00173A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CBF10" w14:textId="455059DA" w:rsidR="006C6A4E" w:rsidRPr="006C6A4E" w:rsidRDefault="00C210F7" w:rsidP="006C6A4E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93EC8B" wp14:editId="3F83E4CB">
              <wp:simplePos x="0" y="0"/>
              <wp:positionH relativeFrom="column">
                <wp:posOffset>4299585</wp:posOffset>
              </wp:positionH>
              <wp:positionV relativeFrom="paragraph">
                <wp:posOffset>1371600</wp:posOffset>
              </wp:positionV>
              <wp:extent cx="1885950" cy="438150"/>
              <wp:effectExtent l="0" t="0" r="19050" b="19050"/>
              <wp:wrapNone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85950" cy="43815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51F7A80" id="Rectángulo 3" o:spid="_x0000_s1026" style="position:absolute;margin-left:338.55pt;margin-top:108pt;width:148.5pt;height:34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" fillcolor="white [3212]" strokecolor="white [3212]"/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7F498578" wp14:editId="7FDE9BF6">
          <wp:simplePos x="0" y="0"/>
          <wp:positionH relativeFrom="page">
            <wp:align>left</wp:align>
          </wp:positionH>
          <wp:positionV relativeFrom="paragraph">
            <wp:posOffset>-438150</wp:posOffset>
          </wp:positionV>
          <wp:extent cx="7753350" cy="2425065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7386" cy="24297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6A4E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1720C3" wp14:editId="3A757218">
              <wp:simplePos x="0" y="0"/>
              <wp:positionH relativeFrom="column">
                <wp:posOffset>4137660</wp:posOffset>
              </wp:positionH>
              <wp:positionV relativeFrom="paragraph">
                <wp:posOffset>1457325</wp:posOffset>
              </wp:positionV>
              <wp:extent cx="1419225" cy="285750"/>
              <wp:effectExtent l="0" t="0" r="28575" b="19050"/>
              <wp:wrapNone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19225" cy="28575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0111956" id="Rectángulo 2" o:spid="_x0000_s1026" style="position:absolute;margin-left:325.8pt;margin-top:114.75pt;width:111.75pt;height:2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" fillcolor="white [3212]" strokecolor="white [3212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73AC8"/>
    <w:rsid w:val="002507FD"/>
    <w:rsid w:val="0029639D"/>
    <w:rsid w:val="00326F90"/>
    <w:rsid w:val="006C6A4E"/>
    <w:rsid w:val="008A52B7"/>
    <w:rsid w:val="009F6BF7"/>
    <w:rsid w:val="00AA1D8D"/>
    <w:rsid w:val="00AB04D5"/>
    <w:rsid w:val="00B47730"/>
    <w:rsid w:val="00BE58A1"/>
    <w:rsid w:val="00C210F7"/>
    <w:rsid w:val="00CB0664"/>
    <w:rsid w:val="00D57734"/>
    <w:rsid w:val="00E0270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518E83A"/>
  <w14:defaultImageDpi w14:val="330"/>
  <w15:docId w15:val="{B6720087-9ECD-4B2B-B864-FE46036B3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60"/>
    </w:pPr>
    <w:rPr>
      <w:rFonts w:ascii="Arial" w:eastAsia="Arial" w:hAnsi="Arial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1F4E79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04040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uthors">
    <w:name w:val="Authors"/>
    <w:basedOn w:val="Normal"/>
    <w:next w:val="Normal"/>
    <w:rsid w:val="00D57734"/>
    <w:pPr>
      <w:framePr w:w="9072" w:hSpace="187" w:vSpace="187" w:wrap="notBeside" w:vAnchor="text" w:hAnchor="page" w:xAlign="center" w:y="1"/>
      <w:spacing w:after="320" w:line="240" w:lineRule="auto"/>
      <w:jc w:val="center"/>
    </w:pPr>
    <w:rPr>
      <w:rFonts w:ascii="Times New Roman" w:eastAsia="Times New Roman" w:hAnsi="Times New Roman" w:cs="Times New Roman"/>
      <w:sz w:val="22"/>
    </w:rPr>
  </w:style>
  <w:style w:type="paragraph" w:customStyle="1" w:styleId="isselectedend">
    <w:name w:val="isselectedend"/>
    <w:basedOn w:val="Normal"/>
    <w:rsid w:val="00D57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styleId="NormalWeb">
    <w:name w:val="Normal (Web)"/>
    <w:basedOn w:val="Normal"/>
    <w:uiPriority w:val="99"/>
    <w:semiHidden/>
    <w:unhideWhenUsed/>
    <w:rsid w:val="00D57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table" w:styleId="Tablanormal3">
    <w:name w:val="Plain Table 3"/>
    <w:basedOn w:val="Tablanormal"/>
    <w:uiPriority w:val="99"/>
    <w:rsid w:val="009F6BF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6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489</Words>
  <Characters>2695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3178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Yeimy Natalia Cardona Rodriguez</cp:lastModifiedBy>
  <cp:revision>2</cp:revision>
  <dcterms:created xsi:type="dcterms:W3CDTF">2026-06-11T16:07:00Z</dcterms:created>
  <dcterms:modified xsi:type="dcterms:W3CDTF">2026-06-11T16:07:00Z</dcterms:modified>
  <cp:category/>
</cp:coreProperties>
</file>